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פערים מדברים - אי שוויון מרחבי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אי שוויון מרחבי ולזהות דוגמאות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שאלות הגיאוגרף ככלי לניתוח פערים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השוואה בין מקומות בקני מידה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הבדלים בתנאי חיים ומשאבים בין מקומות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השוואה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מדגיש שהילדים לא עשו דבר שונה, רק נולדו במקומות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בטקסט כדוגמה לפער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להשוות בין שני מקומות או קבוצות כדי לראות פער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 שוויון מרחבי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קנה 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(הבדלים בתנאי חיים בין מקומות)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(בדיקת הבדלים בין שני מקומות)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(הרמה שבה בודקים את הפער)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(איפה, למה, מה גורם, מה לעשות)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פער בתדירות האוטובוסים בין עיר לכפר, פער באיכות בתי הספר בין אזורים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ינסח שתי שאלות מתוך ארבע שאלות הגיאוגרף - איפה, למה, מה גורם, מה אפשר לעשות - בהתאמה לפער קונקרטי שבחר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עם דוגמה רלוונטית מהיום-יום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כמילת מפתח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אחת מהשאלות: איפה, למה, מה גורם, מה אפשר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 - לבקש מהתלמידים לחשוב על פער שהם מכירים מהסביבה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שההשוואה חייבת להיות הוגנת - נושא זה יורחב בהמשך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 בסוף הדף, חשוב לוודא שהתלמידים מציגים טיעונים ולא רק דעות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פערים מדברים - אי שוויון מרחבי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המושגים המרכזיים מהפתיח על פערים מרחביים: אי שוויון, השוואה וקנה מידה. נבדוק איך פערים מתבטאים בחיי היומיום של אנשים במקומות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קנה מידה  ·  השוואה  ·  אי שוויון מרחבי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אי שוויון מרחבי?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שוני בטעמי מוסיקה בין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הבדלים בתנאי חיים ומשאבים בין מקומות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טעות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הכלי המרכזי ללימוד פערים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ציור מפות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חישוב מתמטי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 שוויון מרחבי נוצר כי אנשים עשו משהו שונה זה מזה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פערים יכולים להתבטא גם באורך החיים הממוצע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לראות פער מספיק להסתכל על מקום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הבדלים בתנאי החיים בין מקומות שונים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הכלי המרכזי לראיית פערים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פערים קיימים בכל __________ - בין יבשות ובין שכונות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 שוויון מרחבי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בדיקת הבדלים בין שני מקומות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השוואה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איפה, למה, מה גורם, מה לעשות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קנה 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הבדלים בתנאי חיים בין מקומות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שאלות הגיאוגרף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הרמה שבה בודקים את הפער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שתי דוגמאות לפערים מסוגים שונים (תחבורה, חינוך, מזון או בריאות)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נסחו שתי שאלות גיאוגרף על פער שמצאתם בסביבתכם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אי שוויון מרחבי?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הכלי המרכזי להשוואה בין מקומות?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פערים מדברים - אי שוויון מרחבי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