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פערים מדברים - אי שוויון מרחבי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אי שוויון מרחבי ולזהות דוגמאות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שאלות הגיאוגרף ככלי לניתוח פערים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השוואה בין מקומות בקני מידה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הבדלים בתנאי חיים ומשאבים בין מקומות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 – צבע השמיים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בכל קנה מידה - מיבשות ועד שכונות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מדדים הוגנים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מדגיש שהילדים לא עשו דבר שונה, רק נולדו במקומות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נכתב בטקסט כדוגמה לפער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להשוות בין שני מקומות או קבוצות כדי לראות פער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הטקסט מציין שפערים קיימים גם בין שכונות בעיר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שאלות הגיאוגרף כוללות גם למה, מה גורם ומה אפשר לעשות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 שוויון מרחבי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קנה 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אפשר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הוגנים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(הבדלים בתנאי חיים בין מקומות)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(בדיקת הבדלים בין שני מקומות)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(הרמה שבה בודקים את הפער)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(איפה, למה, מה גורם, מה לעשות)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(כלי מדידה שמאפשר השוואה אמינה)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פער בתדירות האוטובוסים בין עיר לכפר, פער באיכות בתי הספר בין אזורים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המבוססת על הכרת הסביבה, למשל הבדל במספר חנויות או מבני ציבור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ינסח שתי שאלות מתוך ארבע שאלות הגיאוגרף - איפה, למה, מה גורם, מה אפשר לעשות - בהתאמה לפער קונקרטי שבחר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יביע עמדה מנומקת תוך התייחסות לשיקולי הוגנות מול יעילות, ללא קביעה פוליטית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נכונה עם דוגמה רלוונטית מהיום-יום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השוואה כמילת מפתח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אחת מהשאלות: איפה, למה, מה גורם, מה אפשר לעשות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 - לבקש מהתלמידים לחשוב על פער שהם מכירים מהסביבה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שההשוואה חייבת להיות הוגנת - נושא זה יורחב בהמשך היחידה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בדיון על הדילמה בסוף הדף, חשוב לוודא שהתלמידים מציגים טיעונים ולא רק דעות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פערים מדברים - אי שוויון מרחבי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פערים בין מקומות. למשל בין עיר לכפר. נלמד מילים חדשות ונענה על שאלות.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 שוויון מרחבי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הבדלים בתנאי החיים בין מקומות שונים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הבדל בין שני מקומות או קבוצות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השוואה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בדיקה של ההבדלים בין שני מקומות או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קנה 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הרמה שבה בודקים פער - בין יבשות, מדינות, שכונות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למדידת פער, למשל אורך חיים ממוצע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שאלות הגיאוגרף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איפה הפער, למה שם, מה גורם לו, מה אפשר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סל מזון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אנשים יכולים לקנות במקום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פריפריה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אזור הרחוק ממרכז הארץ, לרוב עם פחות משאבים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אי שוויון מרחבי?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שוני בטעמי מוסיקה בין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הבדלים בתנאי חיים ומשאבים בין מקומות שונים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טעות במפה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מזג אוויר שונה בין עונות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לא דוגמה לפער בטקסט?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תחבורה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איכות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העבודות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השמיים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הכלי העיקרי ללמוד על פערים?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 מפות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חישוב מתמטי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יש פערים?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בין מדינות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בין שכונות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בכל קנה מידה - מיבשות ועד שכונות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צריך בשביל השוואה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מדדים הוגנים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הרבה תמונות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זמן 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שוויון מרחבי נוצר כי אנשים עשו משהו שונה זה מזה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פערים יכולים להתבטא גם באורך החיים הממוצע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לראות פער מספיק להסתכל על מקום אחד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פערים יכולים להיות גם בתוך אותה עיר, בין שכונות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שאלות הגיאוגרף עוסקות רק במיקום הפער ולא בסיבות 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הבדלים בתנאי החיים בין מקומות שונים נקראים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הכלי המרכזי לראיית פערים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פערים קיימים בכל __________ - בין יבשות ובין שכונות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כשגיאוגרף רואה פער הוא שואל איפה, למה, מה גורם לו ומה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שהשוואה תהיה אמינה צריך מדדים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 שוויון מרחבי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בדיקת הבדלים בין שני מקומות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השוואה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איפה, למה, מה גורם, מה לעשות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קנה מידה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כלי מדידה שמאפשר השוואה אמינה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שאלות הגיאוגרף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הבדלים בתנאי חיים בין מקומות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מדד הוגן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הרמה שבה בודקים את הפער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שתי דוגמאות לפערים מסוגים שונים (תחבורה, חינוך, מזון או בריאות)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פער בין שתי שכונות או אזורים ביישוב שלכם - כתבו שני הבדלים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נסחו שתי שאלות גיאוגרף על פער שמצאתם בסביבתכם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עירייה צריכה לבחור היכן לבנות מתנ״ס אחד - במרכז קרוב לרוב התושבים, או בשכונה ענייה ללא שירותים. מה דעתכם ומדוע?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אי שוויון מרחבי? תנו דוגמה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הכלי המרכזי להשוואה בין מקומות?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אחת משאלות הגיאוגרף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פערים מדברים - אי שוויון מרחבי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